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תנועת ההשכלה היהודית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"תנועת ההשכלה היהודית":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https://historia-et-hachadasha.sites.tab.bot/video-haskala.html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נפתלי הרץ ויזל 1725–1805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'הקיצה עמי' של יל"ג – 1863 (פורסם 1866)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'חינוך נערים' בברלין – 1778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פרסום תרגום מנדלסון 1780–1783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תנועה יהודית שקראה לשלב השכלה כללית ותרבות אירופית בחיים היהודיים.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איש תנועת ההשכלה, שלמד גם לימודים כלליים ופעל להפצתם.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משה מנדלסון, נפתלי הרץ ויזל, יצחק בער לוינזון; מושגים: השכלה, משכיל, ה'ביאור'.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1828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אבי ההשכלה; תרגום התורה לגרמנית והספר 'ירושלים'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משורר ומשכיל; 'דברי שלום ואמת' (1782)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'אבי ההשכלה ברוסיה'; 'תעודה בישראל'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תנועת ההשכלה היהודית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"תנועת ההשכלה היהודית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תנועה יהודית שקראה לשלב השכלה כללית ותרבות אירופית בחיים היהודיים.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משכיל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 תנועת ההשכלה, שלמד גם לימודים כלליים ופעל להפצתם. (maskil (supporter of the Haskalah))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ה'ביאור'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פירוש עברי לתורה שליווה את תרגום מנדלסון לגרמנית.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'המאסף'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 העת העברי הראשון של המשכילים, שהחל לצאת לאור ב-1783–1784.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תורת האדם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מונח של ויזל לידע הכללי – מוסר, שפות, מדעים ומקצועות.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'השכלה' כמילה רגילה לבין 'תנועת ההשכלה'?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"השכלה"?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תנועה יהודית שקראה לשלב השכלה כללית ותרבות אירופית בחיים היהודיים.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פירוש עברי לתורה שליווה את תרגום מנדלסון לגרמנית.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מונח של ויזל לידע הכללי – מוסר, שפות, מדעים ומקצועות.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"משכיל"?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איש תנועת ההשכלה, שלמד גם לימודים כלליים ופעל להפצתם.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פירוש עברי לתורה שליווה את תרגום מנדלסון לגרמנית.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כתב העת העברי הראשון של המשכילים, שהחל לצאת לאור ב-1783–1784.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רשמו שני משכילים ותרומה אחת של כל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 מנדלסון היה מנהיג חשוב של ההשכלה.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המשכילים רצו ללמוד גם מדע ושפות.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1853: יצחק בער לוינזון מפרסם את 'תעודה בישראל'.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ההשכלה הייתה תנועה של יהודים.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 מנדלסון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'אבי ההשכלה ברוסיה'; 'תעודה בישראל'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נפתלי הרץ ויזל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אבי ההשכלה; תרגום התורה לגרמנית והספר 'ירושלים'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יצחק בער לוינזון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משורר ומשכיל; 'דברי שלום ואמת' (1782)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תנועת ההשכלה היהודית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